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5486400" cy="776394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4 Spring 2025.pdf_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4 Spring 2025.pdf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4 Spring 2025.pdf_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4 Spring 2025.pdf_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4 Spring 2025.pdf_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4 Spring 2025.pdf_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4 Spring 2025.pdf_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